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AB8C" w14:textId="77777777" w:rsidR="00E70A79" w:rsidRDefault="00000000">
      <w:pPr>
        <w:pStyle w:val="Titolo1"/>
      </w:pPr>
      <w:r>
        <w:t xml:space="preserve">Tabella Programmazione </w:t>
      </w:r>
      <w:proofErr w:type="spellStart"/>
      <w:r>
        <w:t>Didattica</w:t>
      </w:r>
      <w:proofErr w:type="spellEnd"/>
      <w:r>
        <w:t xml:space="preserve"> – </w:t>
      </w:r>
      <w:proofErr w:type="spellStart"/>
      <w:r>
        <w:t>Scuola</w:t>
      </w:r>
      <w:proofErr w:type="spellEnd"/>
      <w:r>
        <w:t xml:space="preserve"> Primaria</w:t>
      </w:r>
    </w:p>
    <w:p w14:paraId="2C6760C3" w14:textId="77777777" w:rsidR="00914D53" w:rsidRDefault="00914D53" w:rsidP="00914D53"/>
    <w:p w14:paraId="37D39C16" w14:textId="77777777" w:rsidR="00914D53" w:rsidRDefault="00914D53" w:rsidP="00914D53">
      <w:r>
        <w:t>DOCENTE______________________________________</w:t>
      </w:r>
    </w:p>
    <w:p w14:paraId="5C40CECF" w14:textId="2A591DA9" w:rsidR="00914D53" w:rsidRPr="00914D53" w:rsidRDefault="00914D53" w:rsidP="00914D53">
      <w:r>
        <w:t>PLESSO/</w:t>
      </w:r>
      <w:proofErr w:type="gramStart"/>
      <w:r>
        <w:t>I:_</w:t>
      </w:r>
      <w:proofErr w:type="gramEnd"/>
      <w:r>
        <w:t>________________________________________________</w:t>
      </w:r>
    </w:p>
    <w:p w14:paraId="15B6FE31" w14:textId="13427885" w:rsidR="00E70A79" w:rsidRDefault="00000000">
      <w:r>
        <w:t xml:space="preserve">Compilare la tabella indicando la data della programmazione, il plesso, le classi coinvolte e l'orario previsto. </w:t>
      </w:r>
      <w:proofErr w:type="spellStart"/>
      <w:r w:rsidR="00914D53">
        <w:t>Aggiungere</w:t>
      </w:r>
      <w:proofErr w:type="spellEnd"/>
      <w:r w:rsidR="00914D53">
        <w:t xml:space="preserve"> le </w:t>
      </w:r>
      <w:proofErr w:type="spellStart"/>
      <w:r w:rsidR="00914D53">
        <w:t>righe</w:t>
      </w:r>
      <w:proofErr w:type="spellEnd"/>
      <w:r w:rsidR="00914D53">
        <w:t xml:space="preserve"> necessarie.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E70A79" w14:paraId="01499CA0" w14:textId="77777777">
        <w:tc>
          <w:tcPr>
            <w:tcW w:w="2160" w:type="dxa"/>
          </w:tcPr>
          <w:p w14:paraId="28425998" w14:textId="77777777" w:rsidR="00E70A79" w:rsidRDefault="00000000">
            <w:r>
              <w:t>Data Programmazione</w:t>
            </w:r>
          </w:p>
        </w:tc>
        <w:tc>
          <w:tcPr>
            <w:tcW w:w="2160" w:type="dxa"/>
          </w:tcPr>
          <w:p w14:paraId="1473F41D" w14:textId="77777777" w:rsidR="00E70A79" w:rsidRDefault="00000000">
            <w:r>
              <w:t>Plesso</w:t>
            </w:r>
          </w:p>
        </w:tc>
        <w:tc>
          <w:tcPr>
            <w:tcW w:w="2160" w:type="dxa"/>
          </w:tcPr>
          <w:p w14:paraId="3F68B27C" w14:textId="5EB89DE7" w:rsidR="00E70A79" w:rsidRDefault="00000000">
            <w:r>
              <w:t>Class</w:t>
            </w:r>
            <w:r w:rsidR="00914D53">
              <w:t>e</w:t>
            </w:r>
            <w:r>
              <w:t xml:space="preserve"> </w:t>
            </w:r>
          </w:p>
        </w:tc>
        <w:tc>
          <w:tcPr>
            <w:tcW w:w="2160" w:type="dxa"/>
          </w:tcPr>
          <w:p w14:paraId="2E94107F" w14:textId="77777777" w:rsidR="00E70A79" w:rsidRDefault="00000000">
            <w:r>
              <w:t>Orario</w:t>
            </w:r>
          </w:p>
        </w:tc>
      </w:tr>
      <w:tr w:rsidR="00E70A79" w14:paraId="21763749" w14:textId="77777777">
        <w:tc>
          <w:tcPr>
            <w:tcW w:w="2160" w:type="dxa"/>
          </w:tcPr>
          <w:p w14:paraId="000A5A5B" w14:textId="77777777" w:rsidR="00E70A79" w:rsidRDefault="00E70A79"/>
        </w:tc>
        <w:tc>
          <w:tcPr>
            <w:tcW w:w="2160" w:type="dxa"/>
          </w:tcPr>
          <w:p w14:paraId="2838F954" w14:textId="77777777" w:rsidR="00E70A79" w:rsidRDefault="00E70A79"/>
        </w:tc>
        <w:tc>
          <w:tcPr>
            <w:tcW w:w="2160" w:type="dxa"/>
          </w:tcPr>
          <w:p w14:paraId="2CC1C732" w14:textId="77777777" w:rsidR="00E70A79" w:rsidRDefault="00E70A79"/>
        </w:tc>
        <w:tc>
          <w:tcPr>
            <w:tcW w:w="2160" w:type="dxa"/>
          </w:tcPr>
          <w:p w14:paraId="210394F5" w14:textId="77777777" w:rsidR="00E70A79" w:rsidRDefault="00E70A79"/>
        </w:tc>
      </w:tr>
      <w:tr w:rsidR="00E70A79" w14:paraId="66943B53" w14:textId="77777777">
        <w:tc>
          <w:tcPr>
            <w:tcW w:w="2160" w:type="dxa"/>
          </w:tcPr>
          <w:p w14:paraId="4F33B729" w14:textId="77777777" w:rsidR="00E70A79" w:rsidRDefault="00E70A79"/>
        </w:tc>
        <w:tc>
          <w:tcPr>
            <w:tcW w:w="2160" w:type="dxa"/>
          </w:tcPr>
          <w:p w14:paraId="0E06749B" w14:textId="77777777" w:rsidR="00E70A79" w:rsidRDefault="00E70A79"/>
        </w:tc>
        <w:tc>
          <w:tcPr>
            <w:tcW w:w="2160" w:type="dxa"/>
          </w:tcPr>
          <w:p w14:paraId="28B40BDE" w14:textId="77777777" w:rsidR="00E70A79" w:rsidRDefault="00E70A79"/>
        </w:tc>
        <w:tc>
          <w:tcPr>
            <w:tcW w:w="2160" w:type="dxa"/>
          </w:tcPr>
          <w:p w14:paraId="1E3807E9" w14:textId="77777777" w:rsidR="00E70A79" w:rsidRDefault="00E70A79"/>
        </w:tc>
      </w:tr>
      <w:tr w:rsidR="00E70A79" w14:paraId="2DDC4CF8" w14:textId="77777777">
        <w:tc>
          <w:tcPr>
            <w:tcW w:w="2160" w:type="dxa"/>
          </w:tcPr>
          <w:p w14:paraId="5FB4DC81" w14:textId="77777777" w:rsidR="00E70A79" w:rsidRDefault="00E70A79"/>
        </w:tc>
        <w:tc>
          <w:tcPr>
            <w:tcW w:w="2160" w:type="dxa"/>
          </w:tcPr>
          <w:p w14:paraId="387C3CA5" w14:textId="77777777" w:rsidR="00E70A79" w:rsidRDefault="00E70A79"/>
        </w:tc>
        <w:tc>
          <w:tcPr>
            <w:tcW w:w="2160" w:type="dxa"/>
          </w:tcPr>
          <w:p w14:paraId="112F627B" w14:textId="77777777" w:rsidR="00E70A79" w:rsidRDefault="00E70A79"/>
        </w:tc>
        <w:tc>
          <w:tcPr>
            <w:tcW w:w="2160" w:type="dxa"/>
          </w:tcPr>
          <w:p w14:paraId="61E1C8AC" w14:textId="77777777" w:rsidR="00E70A79" w:rsidRDefault="00E70A79"/>
        </w:tc>
      </w:tr>
      <w:tr w:rsidR="00E70A79" w14:paraId="49DC7BEF" w14:textId="77777777">
        <w:tc>
          <w:tcPr>
            <w:tcW w:w="2160" w:type="dxa"/>
          </w:tcPr>
          <w:p w14:paraId="7781A1CE" w14:textId="77777777" w:rsidR="00E70A79" w:rsidRDefault="00E70A79"/>
        </w:tc>
        <w:tc>
          <w:tcPr>
            <w:tcW w:w="2160" w:type="dxa"/>
          </w:tcPr>
          <w:p w14:paraId="43294243" w14:textId="77777777" w:rsidR="00E70A79" w:rsidRDefault="00E70A79"/>
        </w:tc>
        <w:tc>
          <w:tcPr>
            <w:tcW w:w="2160" w:type="dxa"/>
          </w:tcPr>
          <w:p w14:paraId="20DFE9DF" w14:textId="77777777" w:rsidR="00E70A79" w:rsidRDefault="00E70A79"/>
        </w:tc>
        <w:tc>
          <w:tcPr>
            <w:tcW w:w="2160" w:type="dxa"/>
          </w:tcPr>
          <w:p w14:paraId="491BC835" w14:textId="77777777" w:rsidR="00E70A79" w:rsidRDefault="00E70A79"/>
        </w:tc>
      </w:tr>
    </w:tbl>
    <w:p w14:paraId="2A8B6222" w14:textId="77777777" w:rsidR="00967815" w:rsidRDefault="00967815"/>
    <w:sectPr w:rsidR="0096781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7212704">
    <w:abstractNumId w:val="8"/>
  </w:num>
  <w:num w:numId="2" w16cid:durableId="1718242940">
    <w:abstractNumId w:val="6"/>
  </w:num>
  <w:num w:numId="3" w16cid:durableId="2045208348">
    <w:abstractNumId w:val="5"/>
  </w:num>
  <w:num w:numId="4" w16cid:durableId="846554807">
    <w:abstractNumId w:val="4"/>
  </w:num>
  <w:num w:numId="5" w16cid:durableId="1540707086">
    <w:abstractNumId w:val="7"/>
  </w:num>
  <w:num w:numId="6" w16cid:durableId="945575304">
    <w:abstractNumId w:val="3"/>
  </w:num>
  <w:num w:numId="7" w16cid:durableId="646594604">
    <w:abstractNumId w:val="2"/>
  </w:num>
  <w:num w:numId="8" w16cid:durableId="505480152">
    <w:abstractNumId w:val="1"/>
  </w:num>
  <w:num w:numId="9" w16cid:durableId="163953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14D53"/>
    <w:rsid w:val="00967815"/>
    <w:rsid w:val="00AA1D8D"/>
    <w:rsid w:val="00B47730"/>
    <w:rsid w:val="00BC01E9"/>
    <w:rsid w:val="00CB0664"/>
    <w:rsid w:val="00E70A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AF92F"/>
  <w14:defaultImageDpi w14:val="300"/>
  <w15:docId w15:val="{98363854-A266-459E-B6FA-6C3875FE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Delia Dami</cp:lastModifiedBy>
  <cp:revision>2</cp:revision>
  <dcterms:created xsi:type="dcterms:W3CDTF">2025-09-24T10:43:00Z</dcterms:created>
  <dcterms:modified xsi:type="dcterms:W3CDTF">2025-09-24T10:43:00Z</dcterms:modified>
  <cp:category/>
</cp:coreProperties>
</file>